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97DB2A9" w14:textId="7151A519" w:rsidR="00451D96" w:rsidRPr="006950C1" w:rsidRDefault="006950C1" w:rsidP="006950C1">
      <w:pPr>
        <w:spacing w:after="300"/>
        <w:jc w:val="center"/>
        <w:rPr>
          <w:sz w:val="22"/>
          <w:szCs w:val="20"/>
          <w:lang w:eastAsia="ja-JP"/>
        </w:rPr>
      </w:pPr>
      <w:r w:rsidRPr="006950C1">
        <w:rPr>
          <w:sz w:val="22"/>
          <w:szCs w:val="20"/>
          <w:lang w:eastAsia="ja-JP"/>
        </w:rPr>
        <w:t>「第23回学生ベンチャーコンテスト2026 Powered by RIMIX」の</w:t>
      </w:r>
      <w:r w:rsidR="009E6E67">
        <w:rPr>
          <w:rFonts w:hint="eastAsia"/>
          <w:sz w:val="22"/>
          <w:szCs w:val="20"/>
          <w:lang w:eastAsia="ja-JP"/>
        </w:rPr>
        <w:t>参加に係る</w:t>
      </w:r>
      <w:r w:rsidRPr="006950C1">
        <w:rPr>
          <w:sz w:val="22"/>
          <w:szCs w:val="20"/>
          <w:lang w:eastAsia="ja-JP"/>
        </w:rPr>
        <w:t>保護者同意書</w:t>
      </w:r>
    </w:p>
    <w:p w14:paraId="38F3C4DC" w14:textId="77777777" w:rsidR="00E86D8C" w:rsidRDefault="006950C1" w:rsidP="00E86D8C">
      <w:pPr>
        <w:spacing w:line="240" w:lineRule="auto"/>
        <w:rPr>
          <w:lang w:eastAsia="ja-JP"/>
        </w:rPr>
      </w:pPr>
      <w:r>
        <w:rPr>
          <w:rFonts w:hint="eastAsia"/>
          <w:lang w:eastAsia="ja-JP"/>
        </w:rPr>
        <w:t>学校法人立命館</w:t>
      </w:r>
      <w:r w:rsidR="00E86D8C">
        <w:rPr>
          <w:rFonts w:hint="eastAsia"/>
          <w:lang w:eastAsia="ja-JP"/>
        </w:rPr>
        <w:t xml:space="preserve">　</w:t>
      </w:r>
      <w:r>
        <w:rPr>
          <w:rFonts w:hint="eastAsia"/>
          <w:lang w:eastAsia="ja-JP"/>
        </w:rPr>
        <w:t>産学連携推進本部</w:t>
      </w:r>
    </w:p>
    <w:p w14:paraId="730A0F24" w14:textId="628E96E7" w:rsidR="006950C1" w:rsidRDefault="006950C1" w:rsidP="00CE2B5F">
      <w:pPr>
        <w:spacing w:line="240" w:lineRule="auto"/>
        <w:ind w:firstLineChars="600" w:firstLine="1260"/>
        <w:rPr>
          <w:lang w:eastAsia="ja-JP"/>
        </w:rPr>
      </w:pPr>
      <w:r>
        <w:rPr>
          <w:rFonts w:hint="eastAsia"/>
          <w:lang w:eastAsia="ja-JP"/>
        </w:rPr>
        <w:t>起業・事業化推進室</w:t>
      </w:r>
      <w:r>
        <w:rPr>
          <w:lang w:eastAsia="ja-JP"/>
        </w:rPr>
        <w:t xml:space="preserve">　</w:t>
      </w:r>
      <w:r w:rsidR="00E86D8C">
        <w:rPr>
          <w:rFonts w:hint="eastAsia"/>
          <w:lang w:eastAsia="ja-JP"/>
        </w:rPr>
        <w:t xml:space="preserve">　</w:t>
      </w:r>
      <w:r>
        <w:rPr>
          <w:rFonts w:hint="eastAsia"/>
          <w:lang w:eastAsia="ja-JP"/>
        </w:rPr>
        <w:t>御中</w:t>
      </w:r>
    </w:p>
    <w:p w14:paraId="5CE4295D" w14:textId="77777777" w:rsidR="006950C1" w:rsidRPr="00E86D8C" w:rsidRDefault="006950C1" w:rsidP="006950C1">
      <w:pPr>
        <w:rPr>
          <w:lang w:eastAsia="ja-JP"/>
        </w:rPr>
      </w:pPr>
    </w:p>
    <w:p w14:paraId="0E38B2EE" w14:textId="79BCB910" w:rsidR="00451D96" w:rsidRDefault="00FE5483">
      <w:pPr>
        <w:spacing w:after="160"/>
        <w:rPr>
          <w:lang w:eastAsia="ja-JP"/>
        </w:rPr>
      </w:pPr>
      <w:r>
        <w:rPr>
          <w:lang w:eastAsia="ja-JP"/>
        </w:rPr>
        <w:t>私は、</w:t>
      </w:r>
      <w:r w:rsidR="00043EAA" w:rsidRPr="00043EAA">
        <w:rPr>
          <w:lang w:eastAsia="ja-JP"/>
        </w:rPr>
        <w:t>下記の者が</w:t>
      </w:r>
      <w:r w:rsidR="00043EAA">
        <w:rPr>
          <w:rFonts w:hint="eastAsia"/>
          <w:lang w:eastAsia="ja-JP"/>
        </w:rPr>
        <w:t>「</w:t>
      </w:r>
      <w:r w:rsidR="00043EAA" w:rsidRPr="006950C1">
        <w:rPr>
          <w:lang w:eastAsia="ja-JP"/>
        </w:rPr>
        <w:t>第23回学生ベンチャーコンテスト2026 Powered by RIMIX</w:t>
      </w:r>
      <w:r w:rsidR="00043EAA">
        <w:rPr>
          <w:rFonts w:hint="eastAsia"/>
          <w:lang w:eastAsia="ja-JP"/>
        </w:rPr>
        <w:t>」</w:t>
      </w:r>
      <w:r w:rsidR="00043EAA" w:rsidRPr="00043EAA">
        <w:rPr>
          <w:lang w:eastAsia="ja-JP"/>
        </w:rPr>
        <w:t>に参加することについて、本イベントの趣旨および内容を確認のうえ、保護者として同意するとともに、下記の事項について同意します。</w:t>
      </w:r>
    </w:p>
    <w:tbl>
      <w:tblPr>
        <w:tblW w:w="0" w:type="auto"/>
        <w:jc w:val="center"/>
        <w:tblLayout w:type="fixed"/>
        <w:tblLook w:val="04A0" w:firstRow="1" w:lastRow="0" w:firstColumn="1" w:lastColumn="0" w:noHBand="0" w:noVBand="1"/>
      </w:tblPr>
      <w:tblGrid>
        <w:gridCol w:w="2721"/>
        <w:gridCol w:w="6350"/>
      </w:tblGrid>
      <w:tr w:rsidR="00451D96" w14:paraId="54A57849" w14:textId="77777777">
        <w:trPr>
          <w:jc w:val="center"/>
        </w:trPr>
        <w:tc>
          <w:tcPr>
            <w:tcW w:w="2721" w:type="dxa"/>
            <w:tcMar>
              <w:top w:w="50" w:type="dxa"/>
              <w:left w:w="50" w:type="dxa"/>
              <w:bottom w:w="50" w:type="dxa"/>
              <w:right w:w="50" w:type="dxa"/>
            </w:tcMar>
            <w:vAlign w:val="center"/>
          </w:tcPr>
          <w:p w14:paraId="3035102E" w14:textId="77777777" w:rsidR="00451D96" w:rsidRDefault="00FE5483">
            <w:pPr>
              <w:spacing w:after="0"/>
            </w:pPr>
            <w:proofErr w:type="spellStart"/>
            <w:r>
              <w:rPr>
                <w:sz w:val="19"/>
              </w:rPr>
              <w:t>参加する者の氏名</w:t>
            </w:r>
            <w:proofErr w:type="spellEnd"/>
          </w:p>
        </w:tc>
        <w:tc>
          <w:tcPr>
            <w:tcW w:w="6350" w:type="dxa"/>
            <w:tcMar>
              <w:top w:w="50" w:type="dxa"/>
              <w:left w:w="50" w:type="dxa"/>
              <w:bottom w:w="50" w:type="dxa"/>
              <w:right w:w="50" w:type="dxa"/>
            </w:tcMar>
            <w:vAlign w:val="center"/>
          </w:tcPr>
          <w:p w14:paraId="7EBA85A1" w14:textId="77777777" w:rsidR="00451D96" w:rsidRDefault="00451D96"/>
        </w:tc>
      </w:tr>
      <w:tr w:rsidR="00451D96" w14:paraId="4F9FB7F1" w14:textId="77777777">
        <w:trPr>
          <w:jc w:val="center"/>
        </w:trPr>
        <w:tc>
          <w:tcPr>
            <w:tcW w:w="2721" w:type="dxa"/>
            <w:tcMar>
              <w:top w:w="50" w:type="dxa"/>
              <w:left w:w="50" w:type="dxa"/>
              <w:bottom w:w="50" w:type="dxa"/>
              <w:right w:w="50" w:type="dxa"/>
            </w:tcMar>
            <w:vAlign w:val="center"/>
          </w:tcPr>
          <w:p w14:paraId="6B0459AA" w14:textId="77777777" w:rsidR="00451D96" w:rsidRDefault="00FE5483">
            <w:pPr>
              <w:spacing w:after="0"/>
            </w:pPr>
            <w:proofErr w:type="spellStart"/>
            <w:r>
              <w:rPr>
                <w:sz w:val="19"/>
              </w:rPr>
              <w:t>保護者氏名</w:t>
            </w:r>
            <w:proofErr w:type="spellEnd"/>
          </w:p>
        </w:tc>
        <w:tc>
          <w:tcPr>
            <w:tcW w:w="6350" w:type="dxa"/>
            <w:tcMar>
              <w:top w:w="50" w:type="dxa"/>
              <w:left w:w="50" w:type="dxa"/>
              <w:bottom w:w="50" w:type="dxa"/>
              <w:right w:w="50" w:type="dxa"/>
            </w:tcMar>
            <w:vAlign w:val="center"/>
          </w:tcPr>
          <w:p w14:paraId="20F0C419" w14:textId="77777777" w:rsidR="00451D96" w:rsidRDefault="00451D96"/>
        </w:tc>
      </w:tr>
      <w:tr w:rsidR="00451D96" w14:paraId="1770E370" w14:textId="77777777">
        <w:trPr>
          <w:jc w:val="center"/>
        </w:trPr>
        <w:tc>
          <w:tcPr>
            <w:tcW w:w="2721" w:type="dxa"/>
            <w:tcMar>
              <w:top w:w="50" w:type="dxa"/>
              <w:left w:w="50" w:type="dxa"/>
              <w:bottom w:w="50" w:type="dxa"/>
              <w:right w:w="50" w:type="dxa"/>
            </w:tcMar>
            <w:vAlign w:val="center"/>
          </w:tcPr>
          <w:p w14:paraId="3D606F9E" w14:textId="77777777" w:rsidR="00451D96" w:rsidRDefault="00FE5483">
            <w:pPr>
              <w:spacing w:after="0"/>
            </w:pPr>
            <w:proofErr w:type="spellStart"/>
            <w:r>
              <w:rPr>
                <w:sz w:val="19"/>
              </w:rPr>
              <w:t>保護者住所</w:t>
            </w:r>
            <w:proofErr w:type="spellEnd"/>
          </w:p>
        </w:tc>
        <w:tc>
          <w:tcPr>
            <w:tcW w:w="6350" w:type="dxa"/>
            <w:tcMar>
              <w:top w:w="50" w:type="dxa"/>
              <w:left w:w="50" w:type="dxa"/>
              <w:bottom w:w="50" w:type="dxa"/>
              <w:right w:w="50" w:type="dxa"/>
            </w:tcMar>
            <w:vAlign w:val="center"/>
          </w:tcPr>
          <w:p w14:paraId="37A6DCC9" w14:textId="77777777" w:rsidR="00451D96" w:rsidRDefault="00451D96"/>
        </w:tc>
      </w:tr>
      <w:tr w:rsidR="00451D96" w14:paraId="30D7A00C" w14:textId="77777777" w:rsidTr="006950C1">
        <w:trPr>
          <w:trHeight w:val="280"/>
          <w:jc w:val="center"/>
        </w:trPr>
        <w:tc>
          <w:tcPr>
            <w:tcW w:w="2721" w:type="dxa"/>
            <w:tcMar>
              <w:top w:w="50" w:type="dxa"/>
              <w:left w:w="50" w:type="dxa"/>
              <w:bottom w:w="50" w:type="dxa"/>
              <w:right w:w="50" w:type="dxa"/>
            </w:tcMar>
            <w:vAlign w:val="center"/>
          </w:tcPr>
          <w:p w14:paraId="60D2000D" w14:textId="77777777" w:rsidR="00451D96" w:rsidRDefault="00FE5483">
            <w:pPr>
              <w:spacing w:after="0"/>
            </w:pPr>
            <w:proofErr w:type="spellStart"/>
            <w:r>
              <w:rPr>
                <w:sz w:val="19"/>
              </w:rPr>
              <w:t>保護者緊急連絡先</w:t>
            </w:r>
            <w:proofErr w:type="spellEnd"/>
          </w:p>
        </w:tc>
        <w:tc>
          <w:tcPr>
            <w:tcW w:w="6350" w:type="dxa"/>
            <w:tcMar>
              <w:top w:w="50" w:type="dxa"/>
              <w:left w:w="50" w:type="dxa"/>
              <w:bottom w:w="50" w:type="dxa"/>
              <w:right w:w="50" w:type="dxa"/>
            </w:tcMar>
            <w:vAlign w:val="center"/>
          </w:tcPr>
          <w:p w14:paraId="7358CDAF" w14:textId="77777777" w:rsidR="00451D96" w:rsidRDefault="00451D96"/>
        </w:tc>
      </w:tr>
    </w:tbl>
    <w:p w14:paraId="47F5D776" w14:textId="77777777" w:rsidR="007A5647" w:rsidRDefault="007A5647">
      <w:pPr>
        <w:spacing w:before="100" w:after="160"/>
        <w:jc w:val="center"/>
        <w:rPr>
          <w:b/>
          <w:bCs/>
          <w:sz w:val="22"/>
          <w:lang w:eastAsia="ja-JP"/>
        </w:rPr>
      </w:pPr>
    </w:p>
    <w:p w14:paraId="02E54D54" w14:textId="39A3475F" w:rsidR="00451D96" w:rsidRPr="006950C1" w:rsidRDefault="00FE5483">
      <w:pPr>
        <w:spacing w:before="100" w:after="160"/>
        <w:jc w:val="center"/>
        <w:rPr>
          <w:b/>
          <w:bCs/>
        </w:rPr>
      </w:pPr>
      <w:proofErr w:type="spellStart"/>
      <w:r w:rsidRPr="006950C1">
        <w:rPr>
          <w:b/>
          <w:bCs/>
          <w:sz w:val="22"/>
        </w:rPr>
        <w:t>同意内容</w:t>
      </w:r>
      <w:proofErr w:type="spellEnd"/>
    </w:p>
    <w:p w14:paraId="78BE22AE" w14:textId="4A73A867" w:rsidR="006950C1" w:rsidRPr="006950C1" w:rsidRDefault="006950C1" w:rsidP="006950C1">
      <w:pPr>
        <w:pStyle w:val="ae"/>
        <w:numPr>
          <w:ilvl w:val="0"/>
          <w:numId w:val="10"/>
        </w:numPr>
        <w:tabs>
          <w:tab w:val="left" w:pos="567"/>
        </w:tabs>
        <w:spacing w:after="100" w:line="252" w:lineRule="auto"/>
        <w:rPr>
          <w:b/>
          <w:bCs/>
          <w:sz w:val="19"/>
          <w:lang w:eastAsia="ja-JP"/>
        </w:rPr>
      </w:pPr>
      <w:r w:rsidRPr="006950C1">
        <w:rPr>
          <w:rFonts w:hint="eastAsia"/>
          <w:b/>
          <w:bCs/>
          <w:sz w:val="19"/>
          <w:lang w:eastAsia="ja-JP"/>
        </w:rPr>
        <w:t>イベントへの参加について</w:t>
      </w:r>
    </w:p>
    <w:p w14:paraId="77C513D1" w14:textId="5F806C4F" w:rsidR="006950C1" w:rsidRPr="00192913" w:rsidRDefault="006950C1" w:rsidP="006950C1">
      <w:pPr>
        <w:tabs>
          <w:tab w:val="left" w:pos="567"/>
        </w:tabs>
        <w:spacing w:after="100" w:line="252" w:lineRule="auto"/>
        <w:rPr>
          <w:sz w:val="19"/>
          <w:lang w:eastAsia="ja-JP"/>
        </w:rPr>
      </w:pPr>
      <w:r w:rsidRPr="006950C1">
        <w:rPr>
          <w:rFonts w:hint="eastAsia"/>
          <w:sz w:val="19"/>
          <w:lang w:eastAsia="ja-JP"/>
        </w:rPr>
        <w:t>本イベントの内容を確認し、参加者が主催者および運営スタッフの指示に従って参加することに同意します。</w:t>
      </w:r>
      <w:r w:rsidR="00192913">
        <w:rPr>
          <w:rFonts w:hint="eastAsia"/>
          <w:sz w:val="19"/>
          <w:lang w:eastAsia="ja-JP"/>
        </w:rPr>
        <w:t>万が一、</w:t>
      </w:r>
      <w:r w:rsidR="00192913" w:rsidRPr="006950C1">
        <w:rPr>
          <w:rFonts w:hint="eastAsia"/>
          <w:sz w:val="19"/>
          <w:lang w:eastAsia="ja-JP"/>
        </w:rPr>
        <w:t>参加者が主催者または運営スタッフの指示に従わない場合や、他の参加者への迷惑行為その他イベントの安全かつ円滑な運営に支障を及ぼす行為があった場合には、参加を中止する場合があることを了承します。</w:t>
      </w:r>
    </w:p>
    <w:p w14:paraId="4D66E591" w14:textId="5BB15A47" w:rsidR="006950C1" w:rsidRPr="006950C1" w:rsidRDefault="006950C1" w:rsidP="006950C1">
      <w:pPr>
        <w:pStyle w:val="ae"/>
        <w:numPr>
          <w:ilvl w:val="0"/>
          <w:numId w:val="10"/>
        </w:numPr>
        <w:tabs>
          <w:tab w:val="left" w:pos="567"/>
        </w:tabs>
        <w:spacing w:after="100" w:line="252" w:lineRule="auto"/>
        <w:rPr>
          <w:b/>
          <w:bCs/>
          <w:sz w:val="19"/>
          <w:lang w:eastAsia="ja-JP"/>
        </w:rPr>
      </w:pPr>
      <w:r w:rsidRPr="006950C1">
        <w:rPr>
          <w:rFonts w:hint="eastAsia"/>
          <w:b/>
          <w:bCs/>
          <w:sz w:val="19"/>
          <w:lang w:eastAsia="ja-JP"/>
        </w:rPr>
        <w:t>安全管理・緊急時の対応について</w:t>
      </w:r>
    </w:p>
    <w:p w14:paraId="7F81D386" w14:textId="0C674DAC" w:rsidR="006950C1" w:rsidRPr="006950C1" w:rsidRDefault="006950C1" w:rsidP="006950C1">
      <w:pPr>
        <w:tabs>
          <w:tab w:val="left" w:pos="567"/>
        </w:tabs>
        <w:spacing w:after="100" w:line="252" w:lineRule="auto"/>
        <w:rPr>
          <w:sz w:val="19"/>
          <w:lang w:eastAsia="ja-JP"/>
        </w:rPr>
      </w:pPr>
      <w:r w:rsidRPr="006950C1">
        <w:rPr>
          <w:rFonts w:hint="eastAsia"/>
          <w:sz w:val="19"/>
          <w:lang w:eastAsia="ja-JP"/>
        </w:rPr>
        <w:t>事故、けが、体調不良その他の緊急事態が発生した場合には、主催者が必要に応じて保護者への連絡、医療機関への搬送その他必要な対応を行うことに同意します。</w:t>
      </w:r>
    </w:p>
    <w:p w14:paraId="0802675C" w14:textId="4F6DCF87" w:rsidR="006950C1" w:rsidRPr="006950C1" w:rsidRDefault="006950C1" w:rsidP="006950C1">
      <w:pPr>
        <w:pStyle w:val="ae"/>
        <w:numPr>
          <w:ilvl w:val="0"/>
          <w:numId w:val="10"/>
        </w:numPr>
        <w:tabs>
          <w:tab w:val="left" w:pos="567"/>
        </w:tabs>
        <w:spacing w:after="100" w:line="252" w:lineRule="auto"/>
        <w:rPr>
          <w:b/>
          <w:bCs/>
          <w:sz w:val="19"/>
          <w:lang w:eastAsia="ja-JP"/>
        </w:rPr>
      </w:pPr>
      <w:r w:rsidRPr="006950C1">
        <w:rPr>
          <w:rFonts w:hint="eastAsia"/>
          <w:b/>
          <w:bCs/>
          <w:sz w:val="19"/>
          <w:lang w:eastAsia="ja-JP"/>
        </w:rPr>
        <w:t>個人情報の取扱いについて</w:t>
      </w:r>
    </w:p>
    <w:p w14:paraId="56D29BDB" w14:textId="68B2057C" w:rsidR="00E86D8C" w:rsidRPr="00192913" w:rsidRDefault="006950C1" w:rsidP="00192913">
      <w:pPr>
        <w:tabs>
          <w:tab w:val="left" w:pos="567"/>
        </w:tabs>
        <w:spacing w:after="100" w:line="252" w:lineRule="auto"/>
        <w:rPr>
          <w:rFonts w:hint="eastAsia"/>
          <w:sz w:val="19"/>
          <w:lang w:eastAsia="ja-JP"/>
        </w:rPr>
      </w:pPr>
      <w:r w:rsidRPr="006950C1">
        <w:rPr>
          <w:rFonts w:hint="eastAsia"/>
          <w:sz w:val="19"/>
          <w:lang w:eastAsia="ja-JP"/>
        </w:rPr>
        <w:t>同意書および参加申込み等により取得した個人情報は、本イベントの運営、参加者への連絡、安全管理その他本イベントの実施に必要な範囲で利用します。また、本イベントの企画・運営に必要な範囲において、企画・運営</w:t>
      </w:r>
      <w:r w:rsidR="001533CB">
        <w:rPr>
          <w:rFonts w:hint="eastAsia"/>
          <w:sz w:val="19"/>
          <w:lang w:eastAsia="ja-JP"/>
        </w:rPr>
        <w:t>事業会社</w:t>
      </w:r>
      <w:r w:rsidR="00F44BEE">
        <w:rPr>
          <w:rFonts w:hint="eastAsia"/>
          <w:sz w:val="19"/>
          <w:lang w:eastAsia="ja-JP"/>
        </w:rPr>
        <w:t>へ</w:t>
      </w:r>
      <w:r w:rsidRPr="006950C1">
        <w:rPr>
          <w:sz w:val="19"/>
          <w:lang w:eastAsia="ja-JP"/>
        </w:rPr>
        <w:t>個人情報を提供する場合があることに同意します。</w:t>
      </w:r>
    </w:p>
    <w:p w14:paraId="5FD84ECB" w14:textId="77777777" w:rsidR="00060D9D" w:rsidRDefault="00060D9D" w:rsidP="006950C1">
      <w:pPr>
        <w:tabs>
          <w:tab w:val="left" w:pos="567"/>
        </w:tabs>
        <w:spacing w:after="100" w:line="252" w:lineRule="auto"/>
        <w:rPr>
          <w:sz w:val="19"/>
          <w:lang w:eastAsia="ja-JP"/>
        </w:rPr>
      </w:pPr>
    </w:p>
    <w:p w14:paraId="5B251333" w14:textId="04DD1663" w:rsidR="00060D9D" w:rsidRPr="009F2CF3" w:rsidRDefault="00527FEB" w:rsidP="009F2CF3">
      <w:pPr>
        <w:tabs>
          <w:tab w:val="left" w:pos="567"/>
          <w:tab w:val="left" w:pos="6096"/>
        </w:tabs>
        <w:spacing w:after="0" w:line="252" w:lineRule="auto"/>
        <w:ind w:firstLineChars="2835" w:firstLine="5670"/>
        <w:rPr>
          <w:sz w:val="20"/>
          <w:szCs w:val="20"/>
          <w:lang w:eastAsia="ja-JP"/>
        </w:rPr>
      </w:pPr>
      <w:r w:rsidRPr="009F2CF3">
        <w:rPr>
          <w:rFonts w:hint="eastAsia"/>
          <w:sz w:val="20"/>
          <w:szCs w:val="20"/>
          <w:lang w:eastAsia="ja-JP"/>
        </w:rPr>
        <w:t>＜</w:t>
      </w:r>
      <w:r w:rsidR="00060D9D" w:rsidRPr="009F2CF3">
        <w:rPr>
          <w:rFonts w:hint="eastAsia"/>
          <w:sz w:val="20"/>
          <w:szCs w:val="20"/>
          <w:lang w:eastAsia="ja-JP"/>
        </w:rPr>
        <w:t>問い合わせ先＞</w:t>
      </w:r>
    </w:p>
    <w:p w14:paraId="6437F07E" w14:textId="1C6D4C6E" w:rsidR="00657AAF" w:rsidRPr="009F2CF3" w:rsidRDefault="008D54A5" w:rsidP="009F2CF3">
      <w:pPr>
        <w:tabs>
          <w:tab w:val="left" w:pos="567"/>
          <w:tab w:val="left" w:pos="6096"/>
        </w:tabs>
        <w:spacing w:after="0" w:line="252" w:lineRule="auto"/>
        <w:ind w:firstLineChars="2902" w:firstLine="5804"/>
        <w:rPr>
          <w:sz w:val="20"/>
          <w:szCs w:val="20"/>
          <w:lang w:eastAsia="ja-JP"/>
        </w:rPr>
      </w:pPr>
      <w:r w:rsidRPr="009F2CF3">
        <w:rPr>
          <w:rFonts w:hint="eastAsia"/>
          <w:sz w:val="20"/>
          <w:szCs w:val="20"/>
          <w:lang w:eastAsia="ja-JP"/>
        </w:rPr>
        <w:t>Epilog株式会社</w:t>
      </w:r>
    </w:p>
    <w:p w14:paraId="39C79DD8" w14:textId="0443ED30" w:rsidR="00657AAF" w:rsidRPr="009F2CF3" w:rsidRDefault="00657AAF" w:rsidP="009F2CF3">
      <w:pPr>
        <w:tabs>
          <w:tab w:val="left" w:pos="567"/>
          <w:tab w:val="left" w:pos="6096"/>
        </w:tabs>
        <w:spacing w:after="0" w:line="252" w:lineRule="auto"/>
        <w:ind w:firstLineChars="2902" w:firstLine="5804"/>
        <w:rPr>
          <w:sz w:val="20"/>
          <w:szCs w:val="20"/>
          <w:lang w:eastAsia="ja-JP"/>
        </w:rPr>
      </w:pPr>
      <w:r w:rsidRPr="009F2CF3">
        <w:rPr>
          <w:rFonts w:hint="eastAsia"/>
          <w:sz w:val="20"/>
          <w:szCs w:val="20"/>
          <w:lang w:eastAsia="ja-JP"/>
        </w:rPr>
        <w:t>メールアドレス：</w:t>
      </w:r>
      <w:r w:rsidR="00956C4D" w:rsidRPr="009F2CF3">
        <w:rPr>
          <w:rFonts w:hint="eastAsia"/>
          <w:sz w:val="20"/>
          <w:szCs w:val="20"/>
          <w:lang w:eastAsia="ja-JP"/>
        </w:rPr>
        <w:t>info@epilog-inc.com</w:t>
      </w:r>
    </w:p>
    <w:p w14:paraId="4AF74B9B" w14:textId="1C54EF47" w:rsidR="00657AAF" w:rsidRPr="009F2CF3" w:rsidRDefault="00657AAF" w:rsidP="009F2CF3">
      <w:pPr>
        <w:tabs>
          <w:tab w:val="left" w:pos="567"/>
          <w:tab w:val="left" w:pos="1961"/>
          <w:tab w:val="left" w:pos="6096"/>
        </w:tabs>
        <w:spacing w:after="0" w:line="252" w:lineRule="auto"/>
        <w:ind w:firstLineChars="2902" w:firstLine="5804"/>
        <w:rPr>
          <w:sz w:val="20"/>
          <w:szCs w:val="20"/>
          <w:lang w:eastAsia="ja-JP"/>
        </w:rPr>
      </w:pPr>
      <w:r w:rsidRPr="009F2CF3">
        <w:rPr>
          <w:rFonts w:hint="eastAsia"/>
          <w:sz w:val="20"/>
          <w:szCs w:val="20"/>
          <w:lang w:eastAsia="ja-JP"/>
        </w:rPr>
        <w:t xml:space="preserve">電話番号： </w:t>
      </w:r>
      <w:r w:rsidR="00956C4D" w:rsidRPr="009F2CF3">
        <w:rPr>
          <w:rFonts w:hint="eastAsia"/>
          <w:sz w:val="20"/>
          <w:szCs w:val="20"/>
          <w:lang w:eastAsia="ja-JP"/>
        </w:rPr>
        <w:t>080-6190-5745</w:t>
      </w:r>
    </w:p>
    <w:p w14:paraId="3521D0D1" w14:textId="173308B2" w:rsidR="00657AAF" w:rsidRPr="009F2CF3" w:rsidRDefault="00BF32E2" w:rsidP="009F2CF3">
      <w:pPr>
        <w:tabs>
          <w:tab w:val="left" w:pos="567"/>
          <w:tab w:val="left" w:pos="6096"/>
        </w:tabs>
        <w:spacing w:after="0" w:line="252" w:lineRule="auto"/>
        <w:ind w:firstLineChars="2902" w:firstLine="5804"/>
        <w:rPr>
          <w:sz w:val="20"/>
          <w:szCs w:val="20"/>
          <w:lang w:eastAsia="ja-JP"/>
        </w:rPr>
      </w:pPr>
      <w:r w:rsidRPr="009F2CF3">
        <w:rPr>
          <w:rFonts w:hint="eastAsia"/>
          <w:sz w:val="20"/>
          <w:szCs w:val="20"/>
          <w:lang w:eastAsia="ja-JP"/>
        </w:rPr>
        <w:t>※学校法人立命館　業務委託事業者</w:t>
      </w:r>
    </w:p>
    <w:p w14:paraId="1FB6D0EF" w14:textId="7DECF493" w:rsidR="00BF32E2" w:rsidRPr="009F2CF3" w:rsidRDefault="00BF32E2" w:rsidP="009F2CF3">
      <w:pPr>
        <w:tabs>
          <w:tab w:val="left" w:pos="567"/>
          <w:tab w:val="left" w:pos="6096"/>
        </w:tabs>
        <w:spacing w:after="0" w:line="252" w:lineRule="auto"/>
        <w:rPr>
          <w:rFonts w:hint="eastAsia"/>
          <w:sz w:val="20"/>
          <w:szCs w:val="20"/>
          <w:lang w:eastAsia="ja-JP"/>
        </w:rPr>
      </w:pPr>
    </w:p>
    <w:p w14:paraId="27C937D0" w14:textId="28406AD5" w:rsidR="00060D9D" w:rsidRPr="009F2CF3" w:rsidRDefault="00060D9D" w:rsidP="009F2CF3">
      <w:pPr>
        <w:tabs>
          <w:tab w:val="left" w:pos="567"/>
          <w:tab w:val="left" w:pos="6096"/>
        </w:tabs>
        <w:spacing w:after="0" w:line="252" w:lineRule="auto"/>
        <w:ind w:firstLineChars="2902" w:firstLine="5804"/>
        <w:rPr>
          <w:sz w:val="20"/>
          <w:szCs w:val="20"/>
          <w:lang w:eastAsia="ja-JP"/>
        </w:rPr>
      </w:pPr>
      <w:r w:rsidRPr="009F2CF3">
        <w:rPr>
          <w:rFonts w:hint="eastAsia"/>
          <w:sz w:val="20"/>
          <w:szCs w:val="20"/>
          <w:lang w:eastAsia="ja-JP"/>
        </w:rPr>
        <w:t>学校法人立命館</w:t>
      </w:r>
    </w:p>
    <w:p w14:paraId="0D505AF7" w14:textId="6D6EEC05" w:rsidR="00060D9D" w:rsidRPr="009F2CF3" w:rsidRDefault="00060D9D" w:rsidP="009F2CF3">
      <w:pPr>
        <w:tabs>
          <w:tab w:val="left" w:pos="567"/>
          <w:tab w:val="left" w:pos="6096"/>
        </w:tabs>
        <w:spacing w:after="0" w:line="252" w:lineRule="auto"/>
        <w:ind w:firstLineChars="2902" w:firstLine="5804"/>
        <w:rPr>
          <w:sz w:val="20"/>
          <w:szCs w:val="20"/>
          <w:lang w:eastAsia="ja-JP"/>
        </w:rPr>
      </w:pPr>
      <w:r w:rsidRPr="009F2CF3">
        <w:rPr>
          <w:rFonts w:hint="eastAsia"/>
          <w:sz w:val="20"/>
          <w:szCs w:val="20"/>
          <w:lang w:eastAsia="ja-JP"/>
        </w:rPr>
        <w:t>産学連携推進本部　起業・事業化推進室</w:t>
      </w:r>
    </w:p>
    <w:p w14:paraId="3BD0CD06" w14:textId="18D245C3" w:rsidR="00060D9D" w:rsidRPr="009F2CF3" w:rsidRDefault="00060D9D" w:rsidP="009F2CF3">
      <w:pPr>
        <w:tabs>
          <w:tab w:val="left" w:pos="567"/>
          <w:tab w:val="left" w:pos="6096"/>
        </w:tabs>
        <w:spacing w:after="0" w:line="252" w:lineRule="auto"/>
        <w:ind w:firstLineChars="2902" w:firstLine="5804"/>
        <w:rPr>
          <w:sz w:val="20"/>
          <w:szCs w:val="20"/>
          <w:lang w:eastAsia="ja-JP"/>
        </w:rPr>
      </w:pPr>
      <w:r w:rsidRPr="009F2CF3">
        <w:rPr>
          <w:rFonts w:hint="eastAsia"/>
          <w:sz w:val="20"/>
          <w:szCs w:val="20"/>
          <w:lang w:eastAsia="ja-JP"/>
        </w:rPr>
        <w:t>メールアドレス：rimix@st.ritsumei.ac.jp</w:t>
      </w:r>
    </w:p>
    <w:p w14:paraId="1603191B" w14:textId="42587034" w:rsidR="00060D9D" w:rsidRPr="009F2CF3" w:rsidRDefault="00060D9D" w:rsidP="009F2CF3">
      <w:pPr>
        <w:tabs>
          <w:tab w:val="left" w:pos="567"/>
          <w:tab w:val="left" w:pos="1961"/>
          <w:tab w:val="left" w:pos="6096"/>
        </w:tabs>
        <w:spacing w:after="0" w:line="252" w:lineRule="auto"/>
        <w:ind w:firstLineChars="2902" w:firstLine="5804"/>
        <w:rPr>
          <w:sz w:val="20"/>
          <w:szCs w:val="20"/>
          <w:lang w:eastAsia="ja-JP"/>
        </w:rPr>
      </w:pPr>
      <w:r w:rsidRPr="009F2CF3">
        <w:rPr>
          <w:rFonts w:hint="eastAsia"/>
          <w:sz w:val="20"/>
          <w:szCs w:val="20"/>
          <w:lang w:eastAsia="ja-JP"/>
        </w:rPr>
        <w:t>電話番号：</w:t>
      </w:r>
      <w:r w:rsidR="00290E82" w:rsidRPr="009F2CF3">
        <w:rPr>
          <w:rFonts w:hint="eastAsia"/>
          <w:sz w:val="20"/>
          <w:szCs w:val="20"/>
          <w:lang w:eastAsia="ja-JP"/>
        </w:rPr>
        <w:t xml:space="preserve"> 075-813-</w:t>
      </w:r>
      <w:r w:rsidR="00657AAF" w:rsidRPr="009F2CF3">
        <w:rPr>
          <w:rFonts w:hint="eastAsia"/>
          <w:sz w:val="20"/>
          <w:szCs w:val="20"/>
          <w:lang w:eastAsia="ja-JP"/>
        </w:rPr>
        <w:t>8578</w:t>
      </w:r>
    </w:p>
    <w:p w14:paraId="471BDEB5" w14:textId="77777777" w:rsidR="00BF32E2" w:rsidRDefault="00BF32E2">
      <w:pPr>
        <w:tabs>
          <w:tab w:val="left" w:pos="567"/>
          <w:tab w:val="left" w:pos="1961"/>
        </w:tabs>
        <w:spacing w:after="100" w:line="252" w:lineRule="auto"/>
        <w:rPr>
          <w:lang w:eastAsia="ja-JP"/>
        </w:rPr>
      </w:pPr>
    </w:p>
    <w:sectPr w:rsidR="00BF32E2" w:rsidSect="00043EAA">
      <w:pgSz w:w="11906" w:h="16838"/>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D2E3FA5" w14:textId="77777777" w:rsidR="005306A4" w:rsidRDefault="005306A4" w:rsidP="00F50778">
      <w:pPr>
        <w:spacing w:after="0" w:line="240" w:lineRule="auto"/>
      </w:pPr>
      <w:r>
        <w:separator/>
      </w:r>
    </w:p>
  </w:endnote>
  <w:endnote w:type="continuationSeparator" w:id="0">
    <w:p w14:paraId="7E555BB5" w14:textId="77777777" w:rsidR="005306A4" w:rsidRDefault="005306A4" w:rsidP="00F50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ＭＳ 明朝">
    <w:altName w:val="MS Mincho"/>
    <w:panose1 w:val="020206090402050803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EAC2E6E" w14:textId="77777777" w:rsidR="005306A4" w:rsidRDefault="005306A4" w:rsidP="00F50778">
      <w:pPr>
        <w:spacing w:after="0" w:line="240" w:lineRule="auto"/>
      </w:pPr>
      <w:r>
        <w:separator/>
      </w:r>
    </w:p>
  </w:footnote>
  <w:footnote w:type="continuationSeparator" w:id="0">
    <w:p w14:paraId="37A5660B" w14:textId="77777777" w:rsidR="005306A4" w:rsidRDefault="005306A4" w:rsidP="00F507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61A24C1C"/>
    <w:multiLevelType w:val="hybridMultilevel"/>
    <w:tmpl w:val="38D83A44"/>
    <w:lvl w:ilvl="0" w:tplc="3098A166">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448666091">
    <w:abstractNumId w:val="8"/>
  </w:num>
  <w:num w:numId="2" w16cid:durableId="1633946054">
    <w:abstractNumId w:val="6"/>
  </w:num>
  <w:num w:numId="3" w16cid:durableId="1441413725">
    <w:abstractNumId w:val="5"/>
  </w:num>
  <w:num w:numId="4" w16cid:durableId="1121220370">
    <w:abstractNumId w:val="4"/>
  </w:num>
  <w:num w:numId="5" w16cid:durableId="768355058">
    <w:abstractNumId w:val="7"/>
  </w:num>
  <w:num w:numId="6" w16cid:durableId="1541018888">
    <w:abstractNumId w:val="3"/>
  </w:num>
  <w:num w:numId="7" w16cid:durableId="802113727">
    <w:abstractNumId w:val="2"/>
  </w:num>
  <w:num w:numId="8" w16cid:durableId="1725712274">
    <w:abstractNumId w:val="1"/>
  </w:num>
  <w:num w:numId="9" w16cid:durableId="1753089172">
    <w:abstractNumId w:val="0"/>
  </w:num>
  <w:num w:numId="10" w16cid:durableId="233977996">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8"/>
  <w:bordersDoNotSurroundHeader/>
  <w:bordersDoNotSurroundFooter/>
  <w:proofState w:spelling="clean"/>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3EAA"/>
    <w:rsid w:val="0006063C"/>
    <w:rsid w:val="00060D9D"/>
    <w:rsid w:val="000B5D36"/>
    <w:rsid w:val="0015074B"/>
    <w:rsid w:val="001533CB"/>
    <w:rsid w:val="00160429"/>
    <w:rsid w:val="00192913"/>
    <w:rsid w:val="001A3501"/>
    <w:rsid w:val="001E3EFB"/>
    <w:rsid w:val="00281739"/>
    <w:rsid w:val="00290E82"/>
    <w:rsid w:val="0029639D"/>
    <w:rsid w:val="002A69AB"/>
    <w:rsid w:val="002D44AD"/>
    <w:rsid w:val="00326F90"/>
    <w:rsid w:val="00376386"/>
    <w:rsid w:val="00451D96"/>
    <w:rsid w:val="0045637F"/>
    <w:rsid w:val="004567FB"/>
    <w:rsid w:val="00527FEB"/>
    <w:rsid w:val="005306A4"/>
    <w:rsid w:val="005402CB"/>
    <w:rsid w:val="00550C8E"/>
    <w:rsid w:val="005E37A3"/>
    <w:rsid w:val="006314EE"/>
    <w:rsid w:val="00657AAF"/>
    <w:rsid w:val="006950C1"/>
    <w:rsid w:val="00701BEA"/>
    <w:rsid w:val="007A5647"/>
    <w:rsid w:val="007E1FCC"/>
    <w:rsid w:val="0081569C"/>
    <w:rsid w:val="0083695B"/>
    <w:rsid w:val="008D54A5"/>
    <w:rsid w:val="008F3B11"/>
    <w:rsid w:val="00920F9A"/>
    <w:rsid w:val="0095093E"/>
    <w:rsid w:val="00956C4D"/>
    <w:rsid w:val="009E6E67"/>
    <w:rsid w:val="009F2CF3"/>
    <w:rsid w:val="00AA1D8D"/>
    <w:rsid w:val="00AB62A3"/>
    <w:rsid w:val="00B47730"/>
    <w:rsid w:val="00B60CF3"/>
    <w:rsid w:val="00BF32E2"/>
    <w:rsid w:val="00C44CB3"/>
    <w:rsid w:val="00CB0664"/>
    <w:rsid w:val="00CB158E"/>
    <w:rsid w:val="00CE2B5F"/>
    <w:rsid w:val="00E86D8C"/>
    <w:rsid w:val="00F44BEE"/>
    <w:rsid w:val="00F50778"/>
    <w:rsid w:val="00FC693F"/>
    <w:rsid w:val="00FE5483"/>
    <w:rsid w:val="00FF7E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7BBFDF6A"/>
  <w14:defaultImageDpi w14:val="300"/>
  <w15:docId w15:val="{0B6F1A09-2326-49F5-A3E5-B354EBF94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游明朝" w:eastAsia="游明朝" w:hAnsi="游明朝"/>
      <w:sz w:val="21"/>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ヘッダー (文字)"/>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フッター (文字)"/>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見出し 1 (文字)"/>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見出し 2 (文字)"/>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見出し 3 (文字)"/>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表題 (文字)"/>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題 (文字)"/>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本文 (文字)"/>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本文 2 (文字)"/>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本文 3 (文字)"/>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マクロ文字列 (文字)"/>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用文 (文字)"/>
    <w:basedOn w:val="a2"/>
    <w:link w:val="af5"/>
    <w:uiPriority w:val="29"/>
    <w:rsid w:val="00FC693F"/>
    <w:rPr>
      <w:i/>
      <w:iCs/>
      <w:color w:val="000000" w:themeColor="text1"/>
    </w:rPr>
  </w:style>
  <w:style w:type="character" w:customStyle="1" w:styleId="40">
    <w:name w:val="見出し 4 (文字)"/>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見出し 5 (文字)"/>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見出し 6 (文字)"/>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見出し 7 (文字)"/>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見出し 8 (文字)"/>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見出し 9 (文字)"/>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27">
    <w:name w:val="Intense Quote"/>
    <w:basedOn w:val="a1"/>
    <w:next w:val="a1"/>
    <w:link w:val="28"/>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28">
    <w:name w:val="引用文 2 (文字)"/>
    <w:basedOn w:val="a2"/>
    <w:link w:val="27"/>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29">
    <w:name w:val="Intense Emphasis"/>
    <w:basedOn w:val="a2"/>
    <w:uiPriority w:val="21"/>
    <w:qFormat/>
    <w:rsid w:val="00FC693F"/>
    <w:rPr>
      <w:b/>
      <w:bCs/>
      <w:i/>
      <w:iCs/>
      <w:color w:val="4F81BD" w:themeColor="accent1"/>
    </w:rPr>
  </w:style>
  <w:style w:type="character" w:styleId="afb">
    <w:name w:val="Subtle Reference"/>
    <w:basedOn w:val="a2"/>
    <w:uiPriority w:val="31"/>
    <w:qFormat/>
    <w:rsid w:val="00FC693F"/>
    <w:rPr>
      <w:smallCaps/>
      <w:color w:val="C0504D" w:themeColor="accent2"/>
      <w:u w:val="single"/>
    </w:rPr>
  </w:style>
  <w:style w:type="character" w:styleId="2a">
    <w:name w:val="Intense Reference"/>
    <w:basedOn w:val="a2"/>
    <w:uiPriority w:val="32"/>
    <w:qFormat/>
    <w:rsid w:val="00FC693F"/>
    <w:rPr>
      <w:b/>
      <w:bCs/>
      <w:smallCaps/>
      <w:color w:val="C0504D" w:themeColor="accent2"/>
      <w:spacing w:val="5"/>
      <w:u w:val="single"/>
    </w:rPr>
  </w:style>
  <w:style w:type="character" w:styleId="afc">
    <w:name w:val="Book Title"/>
    <w:basedOn w:val="a2"/>
    <w:uiPriority w:val="33"/>
    <w:qFormat/>
    <w:rsid w:val="00FC693F"/>
    <w:rPr>
      <w:b/>
      <w:bCs/>
      <w:smallCaps/>
      <w:spacing w:val="5"/>
    </w:rPr>
  </w:style>
  <w:style w:type="paragraph" w:styleId="afd">
    <w:name w:val="TOC Heading"/>
    <w:basedOn w:val="1"/>
    <w:next w:val="a1"/>
    <w:uiPriority w:val="39"/>
    <w:semiHidden/>
    <w:unhideWhenUsed/>
    <w:qFormat/>
    <w:rsid w:val="00FC693F"/>
    <w:pPr>
      <w:outlineLvl w:val="9"/>
    </w:pPr>
  </w:style>
  <w:style w:type="table" w:styleId="afe">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2">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13">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4">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15">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16">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17">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2b">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2c">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d">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2e">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2f">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2f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2f1">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37">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38">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39">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a">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3b">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3c">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3d">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4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42">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43">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44">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45">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46">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47">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51">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2">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3">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4">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5">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6">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7">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6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62">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63">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64">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65">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66">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67">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71">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2">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3">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4">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75">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76">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82">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83">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4">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5">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6">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7">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1">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92">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93">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94">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95">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96">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97">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100">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10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0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10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10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10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10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110">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11">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11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113">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4">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5">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6">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120">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21">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122">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12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24">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125">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126">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13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31">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32">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133">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3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35">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136">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140">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41">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42">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43">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4">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4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46">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e296e639-91e9-4bb7-a1e8-7ae7de7d97ca}" enabled="1" method="Privileged" siteId="{a449438d-3606-490b-844f-c4e15e535fca}" contentBits="0"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1</Pages>
  <Words>119</Words>
  <Characters>680</Characters>
  <Application>Microsoft Office Word</Application>
  <DocSecurity>0</DocSecurity>
  <Lines>5</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798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Kan YOSHITAKE</cp:lastModifiedBy>
  <cp:revision>5</cp:revision>
  <cp:lastPrinted>2026-09-01T07:45:00Z</cp:lastPrinted>
  <dcterms:created xsi:type="dcterms:W3CDTF">2026-09-02T11:33:00Z</dcterms:created>
  <dcterms:modified xsi:type="dcterms:W3CDTF">2026-09-02T13:53:00Z</dcterms:modified>
  <cp:category/>
</cp:coreProperties>
</file>